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בהיסטוריה של הנצרות וימי הביניים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לתאריכים משוערים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קשרי סיבה ותוצאה בין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חוק שהעניק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צו מילאנו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נוצר ואקום שלטוני באירופה המערבית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צו מילאנו היה ב-313, דת המדינה הוכרזה ב-380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מסע הצלב הראשון היה ב-1095, הגירוש מאנגליה ב-1290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הפילוג הגדול היה ב-1054, לפני המוות השחור ב-1347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האירועים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 מילאנו -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הנצרות הופכת לדת המדינה ברומא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נפילת האימפריה הרומית המערבית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הפילוג הגדול בכנסייה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לתוצאה או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(נוצרים קיבלו חופש 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(סוף השלטון הרומי במערב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(מסע מלחמה דתי לכיוון 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(מגפה שהרגה חלק גדול מאוכלוסיית אירופה)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קשרי סיבה ותוצאה בין אירועים, למשל איך צו מילאנו הוביל בהמשך להפיכת הנצרות לדת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צו מילאנו נתן חופש דת לנוצרים, מה שאפשר בהמשך להפוך את הנצרות לדת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 מילאנו ב-313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 מילאנו אפשר חופש דת, מה שסלל את הדרך להפיכתה לדת רשמית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גירוש ספרד והגעת קולומבוס, שניהם ב-1492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קודם את רשימת האירועים ללא תאריכים ולתת לתלמידים לנסות לסדר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ולתת לכל קבוצה לנמק את הסדר שבחרה לפני 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הסיבתי בין האירועים ולא רק את הזיכרון היבש של התאריכים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סדר האירועים המרכזיים מתקופת רומא העתיקה ועד גילוי אמריקה, הקשורים להתפתחות הנצרות ולתולדות ימי הביניים.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צלב  ·  מילאנו  ·  פילוג  ·  מדינה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צו מילאנו?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חוק שהעניק חופש פולחן לנוצרים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חוק שאסר על יהודים לגור ברומא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הכרזת מלחמה על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הנצרות הפכה לדת הרשמית של האימפריה הרומית?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צו מילאנו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אחרי צו מילאנו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נפילת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קרה בעקבות נפילת האימפריה הרומית המערבית?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האימפריה התחזקה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נוצר ואקום שלטוני באירופה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הנצרות נעלמה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מילאנו ניתן לפני שהנצרות הפכה לדת המדינה ברומא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גירוש היהודים מאנגליה קרה אחרי מסע הצלב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המוות השחור הגיע לאירופה לפני הפילוג הגדול בכנסייה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סדרו את האירועים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נפילת האימפריה הרומית המערבית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מילאנו - חופש פולחן לנוצרים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הנצרות הופכת לדת המדינה ברומא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הפילוג הגדול בכנסייה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אירוע לתוצאה או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צו מילאנו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סוף השלטון הרומי במערב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נפילת רומא המערבית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נוצרים קיבלו חופש 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מסע הצלב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מגפה שהרגה חלק גדול מאוכלוסיית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המוות השחור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מסע מלחמה דתי לכיוון 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צו __________ נתן לנוצרים חופש פולחן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380 הנצרות הפכה לדת ה__________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ב-1054 התרחש ה__________ הגדול בכנסייה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האפיפיור אורבנוס השני קרא למסע ה__________ הראשון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חשוב לדעת את סדר האירועים בציר הזמן ולא רק את התאריכים עצמם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שני אירועים מהציר וכתבו איך אירוע אחד השפיע על האירוע השני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הארוע המוקדם ביותר בציר הזמן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הקשר בין צו מילאנו להפיכת הנצרות לדת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-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