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בהיסטוריה של הנצרות וימי הביניים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לתאריכים משוערים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 סיבה ותוצאה בין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חוק שהעניק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צו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נוצר ואקום שלטוני באירופה המערבית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פיצול בין הכנסייה המזרחית למערבית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האפיפיור אורבנוס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מגפה שהרגה אנשים רבים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גירוש ספרד והגעת קולומבוס לאמריקה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צו מילאנו היה ב-313, דת המדינה הוכרזה ב-380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מסע הצלב הראשון היה ב-1095, הגירוש מאנגליה ב-1290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הפילוג הגדול היה ב-1054, לפני המוות השחור ב-1347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צו מילאנו היה ב-313, נפילת רומא ב-476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אירועים אלו קרו ב-1492, המאוחרים מבין האירועים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הנצרות הופכת לדת המדינה ברומא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האימפריה הרומית המערבית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הפילוג הגדול בכנסייה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האפיפיור אורבנוס השני קורא למסע הצלב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גירוש היהודים מאנגליה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המוות השחור מגיע לאירופה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גירוש ספרד והגעת קולומבוס לאמריקה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לתוצאה או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(נוצרים קיבלו חופש 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(סוף השלטון הרומי במערב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(מסע מלחמה דתי לכיוון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(מגפה שהרגה חלק גדול מאוכלוסיית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(יהודים נאלצו לעזוב את ספרד)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ספרד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קשרי סיבה ותוצאה בין אירועים, למשל איך צו מילאנו הוביל בהמשך להפיכת הנצרות לדת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צו מילאנו נתן חופש דת לנוצרים, מה שאפשר בהמשך להפוך את הנצרות לדת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 מילאנו ב-313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 מילאנו אפשר חופש דת, מה שסלל את הדרך להפיכתה לדת רשמית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גירוש ספרד והגעת קולומבוס, שניהם ב-1492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קודם את רשימת האירועים ללא תאריכים ולתת לתלמידים לנסות לסדר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ולתת לכל קבוצה לנמק את הסדר שבחרה לפני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הסיבתי בין האירועים ולא רק את הזיכרון היבש של התאריכים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לסדר אירועים חשובים בהיסטוריה לפי הזמן שבו הם קרו.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 מילאנו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שנתן חופש דת לנוצרים באימפריה הרומית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דת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הדת הרשמית שהשלטון תומך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פיצול, חלוקה לשניים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צלב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מלחמה דתי של נוצרים לכיוון 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המנהיג הרוחני הגבוה ביותר של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המוות השחור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מגפה קשה שהרגה חלק גדול מאוכלוסיית 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גירוש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בכפייה של קבוצת אנשים ממקום מגוריהם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אימפריה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גדול הנשלט על ידי מדינה אחת חזקה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קבע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שהעניק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שאסר על יהודים לגור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הכרזת מלחמה על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חוזה סחר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הנצרות הפכה לדת המדינה ברומא?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צו מילאנו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צו מילאנו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נפילת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באותה שנה בדיוק כמו הפילוג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אחרי שרומא נפלה?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התחזקה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ואקום שלטוני באירופה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הנצרות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יהודים חזרו לספרד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בפילוג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פיצול בין הכנסייה המזרחית למערבית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בין יהודים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חלוקת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גירוש הנוצרים מירושלים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הכריז על מסע הצלב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 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האפיפיור אורבנוס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המוות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גדולה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מגפה שהרגה אנשים רבים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גירוש המוני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כיבוש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שני אירועים קרו באותה תקופה?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 מילאנו וגירוש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גירוש ספרד והגעת קולומבוס לאמריקה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הפילוג הגדול והמוות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נפילת רומא ומסע הצלב הראשון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ניתן לפני שהנצרות הפכה לדת המדינה ברומא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היהודים מאנגליה קרה אחרי מסע הצלב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הגיע לאירופה לפני הפילוג הגדול בכנסייה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האימפריה הרומית המערבית קרתה לפני צו מילאנו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ספרד והגעת קולומבוס לאמריקה הם האירועים המאוחרים ביותר בציר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האימפריה הרומית המערבית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מגיע לאירופה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האפיפיור אורבנוס השני קורא למסע הצלב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ספרד והגעת קולומבוס לאמריקה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הפילוג הגדול בכנסייה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המדינה ברומא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היהודים מאנגליה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לתוצאה או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 מילאנו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מסע מלחמה דתי לכיוון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נפילת רומא המערבית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יהודים נאלצו לעזוב את ספרד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 הצלב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מגפה שהרגה חלק גדול מאוכלוסיית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המוות השחור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סוף השלטון הרומי במערב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גירוש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נוצרים קיבלו חופש 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 __________ נתן לנוצרים חופש פולחן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380 הנצרות הפכה לדת ה__________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ב-1054 התרחש ה__________ הגדול בכנסייה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האפיפיור אורבנוס השני קרא למסע ה__________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המוות ה__________ הרג חלק גדול מאוכלוסיית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1492 גורשו היהודים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חשוב לדעת את סדר האירועים בציר הזמן ולא רק את התאריכים עצמם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אירועים מהציר וכתבו איך אירוע אחד השפיע על האירוע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הארוע המוקדם ביותר בציר הזמן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צו מילאנו להפיכת הנצרות לדת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אירועים מהציר קרו קרוב מאוד זה לזה בזמן?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-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