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📜 מבחן והכנה – מבוא להיסטוריה, ימי הביניים והנצרות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ציר הזמן - ימי הביניים והנצרות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אירועים מרכזיים בהיסטוריה של הנצרות וימי הביניים לפי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אירועים לתאריכים משוערים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קשרי סיבה ותוצאה בין האירועים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חוק שהעניק חופש פולחן לנוצרים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אחרי צו מילאנו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נוצר ואקום שלטוני באירופה המערבית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פיצול בין הכנסייה המזרחית למערבית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האפיפיור אורבנוס השני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מגפה שהרגה אנשים רבים באירופה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גירוש ספרד והגעת קולומבוס לאמריקה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צו מילאנו היה ב-313, דת המדינה הוכרזה ב-380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מסע הצלב הראשון היה ב-1095, הגירוש מאנגליה ב-1290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הפילוג הגדול היה ב-1054, לפני המוות השחור ב-1347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צו מילאנו היה ב-313, נפילת רומא ב-476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אירועים אלו קרו ב-1492, המאוחרים מבין האירועים שנלמדו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סדרו את האירועים מהמוקדם למאוחר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צו מילאנו - חופש פולחן לנוצרים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הנצרות הופכת לדת המדינה ברומא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נפילת האימפריה הרומית המערבית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הפילוג הגדול בכנסייה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האפיפיור אורבנוס השני קורא למסע הצלב הראשון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גירוש היהודים מאנגליה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המוות השחור מגיע לאירופה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גירוש ספרד והגעת קולומבוס לאמריקה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אירוע לתוצאה או 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(נוצרים קיבלו חופש דת)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(סוף השלטון הרומי במערב אירופה)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(מסע מלחמה דתי לכיוון ירושלים)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(מגפה שהרגה חלק גדול מאוכלוסיית אירופה)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(יהודים נאלצו לעזוב את ספרד)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מילאנו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פילוג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שחור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ספרד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להבין קשרי סיבה ותוצאה בין אירועים, למשל איך צו מילאנו הוביל בהמשך להפיכת הנצרות לדת המדינה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צו מילאנו נתן חופש דת לנוצרים, מה שאפשר בהמשך להפוך את הנצרות לדת המדינה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צו מילאנו ב-313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צו מילאנו אפשר חופש דת, מה שסלל את הדרך להפיכתה לדת רשמית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גירוש ספרד והגעת קולומבוס, שניהם ב-1492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להציג קודם את רשימת האירועים ללא תאריכים ולתת לתלמידים לנסות לסדר 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לקבוצות ולתת לכל קבוצה לנמק את הסדר שבחרה לפני בדיקה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הקשר הסיבתי בין האירועים ולא רק את הזיכרון היבש של התאריכים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📜 מבחן והכנה – מבוא להיסטוריה, ימי הביניים והנצרות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ציר הזמן - ימי הביניים והנצרות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סדר האירועים המרכזיים מתקופת רומא העתיקה ועד גילוי אמריקה, הקשורים להתפתחות הנצרות ולתולדות ימי הביניים.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היה צו מילאנו?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חוק שהעניק חופש פולחן לנוצרים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חוק שאסר על יהודים לגור ברומא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הכרזת מלחמה על פרס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חוזה סחר בין ערים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הנצרות הפכה לדת הרשמית של האימפריה הרומית?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לפני צו מילאנו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אחרי צו מילאנו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אחרי נפילת רומא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באותה שנה בדיוק כמו הפילוג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קרה בעקבות נפילת האימפריה הרומית המערבית?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האימפריה התחזקה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נוצר ואקום שלטוני באירופה המערבית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הנצרות נעלמה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יהודים חזרו לספרד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הפילוג הגדול בכנסייה?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פיצול בין הכנסייה המזרחית למערבית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מלחמה בין יהודים לנוצרים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חלוקת האימפריה הרומית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גירוש הנוצרים מירושלים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קרא למסע הצלב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קיסר רומי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האפיפיור אורבנוס השני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מלך ספרד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קולומבוס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היה המוות השחור?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מלחמה גדולה באירופה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מגפה שהרגה אנשים רבים באירופה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גירוש המוני מספרד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מסע כיבוש צבאי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אילו שני אירועים קרו באותה שנה בערך?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צו מילאנו וגירוש ספרד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גירוש ספרד והגעת קולומבוס לאמריקה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הפילוג הגדול והמוות השחור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נפילת רומא ומסע הצלב הראשון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 מילאנו ניתן לפני שהנצרות הפכה לדת המדינה ברומא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גירוש היהודים מאנגליה קרה אחרי מסע הצלב הראשון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המוות השחור הגיע לאירופה לפני הפילוג הגדול בכנסייה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נפילת האימפריה הרומית המערבית קרתה לפני צו מילאנו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גירוש ספרד והגעת קולומבוס לאמריקה הם האירועים המאוחרים ביותר בציר הזמן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סדרו את האירועים מהמוקדם למאוחר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גירוש היהודים מאנגליה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האפיפיור אורבנוס השני קורא למסע הצלב הראשון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 מילאנו - חופש פולחן לנוצרים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נפילת האימפריה הרומית המערבית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המוות השחור מגיע לאירופה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גירוש ספרד והגעת קולומבוס לאמריקה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הפילוג הגדול בכנסייה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הנצרות הופכת לדת המדינה ברומא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אירוע לתוצאה או 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צו מילאנו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סוף השלטון הרומי במערב אירופה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נפילת רומא המערבית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נוצרים קיבלו חופש דת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מסע הצלב הראשון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יהודים נאלצו לעזוב את ספרד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המוות השחור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מסע מלחמה דתי לכיוון ירושלים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גירוש ספרד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מגפה שהרגה חלק גדול מאוכלוסיית אירופה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צו __________ נתן לנוצרים חופש פולחן באימפריה הרומית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בשנת 380 הנצרות הפכה לדת ה__________ באימפריה הרומית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ב-1054 התרחש ה__________ הגדול בכנסייה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האפיפיור אורבנוס השני קרא למסע ה__________ הראשון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המוות ה__________ הרג חלק גדול מאוכלוסיית אירופה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בשנת 1492 גורשו היהודים מ__________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מדוע חשוב לדעת את סדר האירועים בציר הזמן ולא רק את התאריכים עצמם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שני אירועים מהציר וכתבו איך אירוע אחד השפיע על האירוע השני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הארוע המוקדם ביותר בציר הזמן שלמדנו?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הקשר בין צו מילאנו להפיכת הנצרות לדת המדינה?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שני אירועים מהציר קרו קרוב מאוד זה לזה בזמן?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ציר הזמן - ימי הביניים והנצרות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